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חובה, בחירה ואוורור בניתוח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בלוח: חובה, בחירה ואוורור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מושגי רצף העלילה, כרטיס דמות, קונפליקט ורגע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סיפור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קלילות ומהנות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תכונות ורצונות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הרגע שבו דמות בוחרת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משימת החובה היא חובה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מופיעה תחת 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דמות שייך לקטגוריית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קונפליקט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משימה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(חובה - סידור אירועי הסיפור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(בחירה - תיאור תכונות ורצונות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(אוורור - סיכום הסיפור בציורים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(אוורור - דירוג וחוות דעת על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(בחירה - הרגע שבו דמות בוחרת מה לעשות)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העלילה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מתרחש אירוע שמפר את השגרה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הסתבכות - הקונפליקט מתחזק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השיא - רגע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פתרון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משימת חובה עוזרת להבין את הסיפור לעומק וכולם חייבים לעשות אותה; משימת אוורור היא קלילה ומהנה ונעשית לבחירה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דמות / קונפליקט / רגע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עוזרת להבין לעומק, אוורור היא קלילה ומהנה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יחד עם לוח אמיתי על סיפור שנלמד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שהתלמידים מבינים את ההבדל בין שלוש הקטגוריות לפני שממשיכים לתרגול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חובה, בחירה ואוורור בניתוח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הזה יש שלושה סוגי משימות על סיפור: משימה שכולם חייבים לעשות, משימה לבחירה, ומשימה קלה וכיפית. נלמד על כל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שכולם חייבים לבצע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משימה אחת מתוך כמה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אוורור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קלה ומהנה בסוף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 מהתחלה לסוף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תכונות ורצונות של דמות מהסיפור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או הקושי המרכזי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דמות צריכה לבחור מה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משימה כולם חייבים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ההחלטה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בחירה 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נועדו משימות האוורור?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קלילות ומהנות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להקשות על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כל הסיפור בכתיבה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בכרטיס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תכונות ורצונות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מספר העמודים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רגע ההחלטה?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שבו דמות בוחרת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משימת החובה אם בוחרים שתי משימות 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יש משימת חובה אחת, משימת בחירה אחת ומשימת אוורור אחת שצריך להשלים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"הסיפור באימוג'י" שייכת לקטגוריית אוורור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הוא משימת אוורור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המשימה שכולם חייבים לבצע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משימת ה__________ עוזרת להבין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__________ עוזר להכיר דמות מהסיפור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הקושי או הבעיה המרכזית שעומדת בפני הדמות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משימה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בחירה - תיאור תכונות ורצונות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אוורור - סיכום הסיפור בציורים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חובה - סידור אירועי הסיפור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בחירה - הרגע שבו דמות בוחרת מה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ההחלטה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אוורור - דירוג וחוות דעת על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העלילה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פתרון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הכרת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השיא - רגע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מתרחש אירוע שמפר את השגרה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הסתבכות - הקונפליקט מתחזק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על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משימת חובה למשימת אוורור?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המשימה היחידה שחובה לבצע בכל 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בחירה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בחירה למשימת אוורור?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חובה, בחירה ואוורור בניתוח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